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E8590C"/>
          <w:sz w:val="40"/>
          <w:rtl/>
          <w:szCs w:val="40"/>
          <w:bCs/>
        </w:rPr>
        <w:t>❗ סימני פיסוק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זיהוי סימני הפיסוק ושימוש נכון בהם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e8590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מזהים</w:t>
            </w:r>
          </w:p>
        </w:tc>
        <w:tc>
          <w:tcPr>
            <w:tcW w:type="dxa" w:w="3591"/>
            <w:shd w:val="clear" w:fill="e8590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מתקנים</w:t>
            </w:r>
          </w:p>
        </w:tc>
        <w:tc>
          <w:tcPr>
            <w:tcW w:type="dxa" w:w="3591"/>
            <w:shd w:val="clear" w:fill="e8590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כותבים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⚫ נקודה  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ספרו כמה משפטים יש בפסקה הראשונה (לפי הנקודות).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הוסיפו נקודות: "הלכנו לים השמש זרחה חזרנו מאוחר"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קצרים על הבוקר שלכם, כל אחד מסתיים בנקודה.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〰️ פסיק  ,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פסיק והסבירו למה הוא שם.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הוסיפו פסיקים: "קנינו תפוחים בננות ענבים ואגסים"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עם רשימה של 4 דברים שאתם אוהבים.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❓ סימן שאלה  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שאלה בטקסט והקיפו את סימן השאלה.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הפכו לשאלה: "הספרייה פתוחה היום."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שאלות לדמות מהטקסט.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❗ סימן קריאה  !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משפט קריאה – איזה רגש הוא מביע?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"איזה יום יפה" פעם עם ? ופעם עם ! – מה ההבדל?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 קריאה: שמחה, הפתעה ואזהרה.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💬 מירכאות  " 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דיבור ישיר במירכאות – מי מדבר?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הוסיפו נקודתיים ומירכאות: אמא אמרה בואו לאכול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דו־שיח קצר (4 שורות) בין שתי דמויות.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➖ נקודתיים ומקף  : 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נקודתיים – מה בא אחריהן?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הוסיפו נקודתיים: "בתיק יש ספר מחברת וקלמר"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עם נקודתיים ורשימה, ומשפט עם מקף שמוסיף הסבר.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E8590C"/>
          <w:sz w:val="40"/>
          <w:rtl/>
          <w:szCs w:val="40"/>
          <w:bCs/>
        </w:rPr>
        <w:t>❗ סימני פיסוק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e8590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מזהים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⚫ נקודה  .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ספרו כמה משפטים יש בפסקה הראשונה (לפי הנקודות).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〰️ פסיק  ,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פסיק והסבירו למה הוא שם.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❓ סימן שאלה  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שאלה בטקסט והקיפו את סימן השאלה.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❗ סימן קריאה  !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משפט קריאה – איזה רגש הוא מביע?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💬 מירכאות  " "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דיבור ישיר במירכאות – מי מדבר?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➖ נקודתיים ומקף  : –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נקודתיים – מה בא אחריהן?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E8590C"/>
          <w:sz w:val="40"/>
          <w:rtl/>
          <w:szCs w:val="40"/>
          <w:bCs/>
        </w:rPr>
        <w:t>❗ סימני פיסוק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⚫ נקודה – סוף משפט   |   〰️ פסיק – עצירה קטנה   |   ❓ סימן שאלה – שואלים   |   ❗ סימן קריאה – מרגישים חזק   |   💬 מירכאות – מישהו מדבר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e8590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מזהים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⚫ נקודה  .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ספרו כמה משפטים יש בפסקה הראשונה (לפי הנקודות).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〰️ פסיק  ,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פסיק והסבירו למה הוא שם.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❓ סימן שאלה  ?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שאלה בטקסט והקיפו את סימן השאלה.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❗ סימן קריאה  !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משפט קריאה – איזה רגש הוא מביע?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💬 מירכאות  " "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דיבור ישיר במירכאות – מי מדבר?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➖ נקודתיים ומקף  : –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נקודתיים – מה בא אחריהן?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סימני פיסוק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