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495057"/>
          <w:sz w:val="40"/>
          <w:rtl/>
          <w:szCs w:val="40"/>
          <w:bCs/>
        </w:rPr>
        <w:t>✏️ לוח ריק – בנו בעצמכם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כתבו 6 משימות בכל עמודה, גלגלו ושחקו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בסיס</w:t>
            </w:r>
          </w:p>
        </w:tc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מתקדם</w:t>
            </w:r>
          </w:p>
        </w:tc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אתגר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✏️ ______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✏️ ______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✏️ ______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✏️ ______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✏️ ______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✏️ ______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95057"/>
          <w:sz w:val="40"/>
          <w:rtl/>
          <w:szCs w:val="40"/>
          <w:bCs/>
        </w:rPr>
        <w:t>✏️ לוח ריק – בנו בעצמכם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✏️ ______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✏️ ______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✏️ ______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✏️ ______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✏️ ______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✏️ ______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95057"/>
          <w:sz w:val="40"/>
          <w:rtl/>
          <w:szCs w:val="40"/>
          <w:bCs/>
        </w:rPr>
        <w:t>✏️ לוח ריק – בנו בעצמכם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📝 משימה – מה עושים   |   🪜 רמה – קל, בינוני, אתגר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✏️ ______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✏️ ______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✏️ ______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✏️ ______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✏️ ______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✏️ ______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לוח ריק – בנו בעצמכם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