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D6336C"/>
          <w:sz w:val="40"/>
          <w:rtl/>
          <w:szCs w:val="40"/>
          <w:bCs/>
        </w:rPr>
        <w:t>🎙️ שטף ודיוק בקריאה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קריאה בקול בקצב נכון, בדיוק ובהבעה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d6336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משפט</w:t>
            </w:r>
          </w:p>
        </w:tc>
        <w:tc>
          <w:tcPr>
            <w:tcW w:type="dxa" w:w="3591"/>
            <w:shd w:val="clear" w:fill="d6336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פסקה</w:t>
            </w:r>
          </w:p>
        </w:tc>
        <w:tc>
          <w:tcPr>
            <w:tcW w:type="dxa" w:w="3591"/>
            <w:shd w:val="clear" w:fill="d6336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קטע + אתגר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🤫 קוראים בלחישה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בלחישה משפט אחד – פעמיים.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בלחישה פסקה ועקבו עם האצבע.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בלחישה את הקטע, סמנו מילה שנתקעתם בה וקראו אותה שוב 3 פעמים.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📢 קוראים בקול רם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בקול משפט – לאט וברור.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בקול פסקה ועצרו בכל נקודה.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את הקטע בקול פעמיים: מה השתפר בקריאה השנייה?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🎙️ קריין/ית חדשות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משפט כמו קריין/ית חדשות.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פסקה בקול "רדיו": ברור ובקצב קבוע.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את הקטע כקריין/ית והדגישו בקול 3 מילים חשובות.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🔁 קריאת הד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משפט – והחבר/ה חוזרים אחריכם בדיוק.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פסקה במשפטים קצרים, והחבר/ה מהדהדים.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החליפו תפקידים: מי שהיה הד קורא, והשני/ה עוקבים ומסמנים.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🎭 קריאה ברגש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משפט בשמחה ואז בעצב.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פסקה ברגש שמתאים לה ונמקו את הבחירה.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את הקטע פעמיים ברגשות שונים: איך משתנה המשמעות?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👫 קוראים בזוגות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לסירוגין: מילה אני, מילה את/ה.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לסירוגין: משפט אני, משפט את/ה.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בזוגות ותנו זה לזה משוב: קצב, דיוק, הבעה.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D6336C"/>
          <w:sz w:val="40"/>
          <w:rtl/>
          <w:szCs w:val="40"/>
          <w:bCs/>
        </w:rPr>
        <w:t>🎙️ שטף ודיוק בקריאה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d6336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משפט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🤫 קוראים בלחישה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 בלחישה משפט אחד – פעמיים.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📢 קוראים בקול רם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 בקול משפט – לאט וברור.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🎙️ קריין/ית חדשות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 משפט כמו קריין/ית חדשות.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🔁 קריאת הד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 משפט – והחבר/ה חוזרים אחריכם בדיוק.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🎭 קריאה ברגש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 משפט בשמחה ואז בעצב.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👫 קוראים בזוגות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 לסירוגין: מילה אני, מילה את/ה.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D6336C"/>
          <w:sz w:val="40"/>
          <w:rtl/>
          <w:szCs w:val="40"/>
          <w:bCs/>
        </w:rPr>
        <w:t>🎙️ שטף ודיוק בקריאה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📖 לקרוא – להסתכל על מילים ולהגיד   |   📢 בקול – שכולם שומעים   |   🤫 בלחישה – בשקט שקט   |   🎭 רגש – שמח, עצוב, כועס   |   👫 חבר/ה – מי שלומד/ת איתי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d6336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משפט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🤫 קוראים בלחישה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 בלחישה משפט אחד – פעמיים.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📢 קוראים בקול רם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 בקול משפט – לאט וברור.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🎙️ קריין/ית חדשות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 משפט כמו קריין/ית חדשות.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🔁 קריאת הד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 משפט – והחבר/ה חוזרים אחריכם בדיוק.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🎭 קריאה ברגש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 משפט בשמחה ואז בעצב.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👫 קוראים בזוגות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 לסירוגין: מילה אני, מילה את/ה.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שטף ודיוק בקריאה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