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2B8A3E"/>
          <w:sz w:val="40"/>
          <w:rtl/>
          <w:szCs w:val="40"/>
          <w:bCs/>
        </w:rPr>
        <w:t>🌱 שורש ומשפחת מילים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זיהוי שורש ובניית משפחות מילים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2b8a3e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בסיס</w:t>
            </w:r>
          </w:p>
        </w:tc>
        <w:tc>
          <w:tcPr>
            <w:tcW w:type="dxa" w:w="3591"/>
            <w:shd w:val="clear" w:fill="2b8a3e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מתקדם</w:t>
            </w:r>
          </w:p>
        </w:tc>
        <w:tc>
          <w:tcPr>
            <w:tcW w:type="dxa" w:w="3591"/>
            <w:shd w:val="clear" w:fill="2b8a3e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אתגר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🔍 מוצאים שורש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3 מילים מהטקסט ורשמו את השורש של כל אחת.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בטקסט 2 מילים מאותו שורש.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מילה שיש בה גם אותיות שאינן מהשורש, וסמנו אותן בצבע.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👨‍👩‍👧 משפחת מילים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4 מילים מהשורש כ־ת־ב.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בנו משפחת מילים לשורש ל־מ־ד (לפחות 5 מילים).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שורש מהטקסט וכתבו ממנו פועל, שם עצם ושם תואר.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🆕 מילה חדשה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מילים מהשורש ש־מ־ר.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המציאו מילה חדשה משורש קיים והסבירו את משמעותה.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מה הקשר בין: ספר, סופר, ספרייה, מספר.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✍️ שורש במשפט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עם 2 מילים מאותו שורש.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משפטים, ובכל אחד מילה אחרת מהשורש ע־ב־ד.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קצרה (4 משפטים) עם 5 מילים מאותו שורש.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🕵️ שורש סודי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חבר/ה אומרים מילה – ואתם אומרים את השורש.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מילים משורש סודי – והחברים מנחשים את השורש.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2 מילים שנראות דומות אבל שורשן שונה (למשל: מִלָּה – מִלֵּא).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⭐ בחירה חופשית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מילה מהטקסט, כתבו את השורש ועוד 2 מילים ממנו.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צרו "מפת שורש": השורש באמצע ו־6 מילים סביבו.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חידת שורש עם 3 רמזים – והכיתה מנחשת.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2B8A3E"/>
          <w:sz w:val="40"/>
          <w:rtl/>
          <w:szCs w:val="40"/>
          <w:bCs/>
        </w:rPr>
        <w:t>🌱 שורש ומשפחת מילים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2b8a3e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🔍 מוצאים שורש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בחרו 3 מילים מהטקסט ורשמו את השורש של כל אחת.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👨‍👩‍👧 משפחת מילים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כתבו 4 מילים מהשורש כ־ת־ב.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🆕 מילה חדשה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כתבו 3 מילים מהשורש ש־מ־ר.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✍️ שורש במשפט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כתבו משפט עם 2 מילים מאותו שורש.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🕵️ שורש סודי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חבר/ה אומרים מילה – ואתם אומרים את השורש.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⭐ בחירה חופשית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בחרו מילה מהטקסט, כתבו את השורש ועוד 2 מילים ממנו.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2B8A3E"/>
          <w:sz w:val="40"/>
          <w:rtl/>
          <w:szCs w:val="40"/>
          <w:bCs/>
        </w:rPr>
        <w:t>🌱 שורש ומשפחת מילים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🌱 שורש – 3 אותיות שמהן נבנות מילים   |   👨‍👩‍👧 משפחת מילים – מילים מאותו שורש   |   🔤 אות – א, ב, ג…   |   💡 משמעות – מה המילה אומרת   |   🗨️ מילה – למשל: גינה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2b8a3e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🔍 מוצאים שורש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בחרו 3 מילים מהטקסט ורשמו את השורש של כל אחת.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👨‍👩‍👧 משפחת מילים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כתבו 4 מילים מהשורש כ־ת־ב.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🆕 מילה חדשה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כתבו 3 מילים מהשורש ש־מ־ר.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✍️ שורש במשפט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כתבו משפט עם 2 מילים מאותו שורש.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🕵️ שורש סודי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חבר/ה אומרים מילה – ואתם אומרים את השורש.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⭐ בחירה חופשית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בחרו מילה מהטקסט, כתבו את השורש ועוד 2 מילים ממנו.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שורש ומשפחת מילים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